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 – אירוח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ומושגים מרכזיים בחג הסוכות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של אירוח, נדיבות ושיתוף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המשמעות של בית זמני ושל שייכות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ליצור מקום של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עיקרון מרכזי באירוח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אכן ארבעת המינים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המינים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עם כיתה אחרת מועד לאירוח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לאסוף קרטונים ומקלות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דוגמה של קישוט וחוקי 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לחלק תפקידים ביום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לחייך ולהגיד שלום, לשאול את האורח מה הוא אוהב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- לבדוק הבנה של מושג האירוח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סכך הוא חומר טבעי שמכסה את הסוכה מלמעלה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מין שונה אך יחד הם שלמים, כמו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 ההתאמה למשחק ארבעה המינים בפועל אם יש צמחים זמינים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הסידור בקבוצות קטנות לפני בניית הסוכה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אפשר להשמיט את הפריטים המסומנים ולהתמקד בחלקי ה-mc וה-fill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 – אירוח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בחג הסוכות בונים סוכה שהיא בית זמני, מזמינים אליה אורחים ולומדים על ארבעה מינים. בדף הזה נתרגל את המושגים והרעיונות המרכזיים של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אירוח  ·  סכך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שמים על גג הסוכה?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המרכזית בבניית הסוכה הכיתתית?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לקשט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ליצור מקום של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ציון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אירוח טוב מתחיל בלדאוג שהאורח ירגיש בנוח.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ארבעה המינים כוללים לולב, הדס, ערבה ואתרוג.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 גג הסוכה שמים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להזמין מישהו ולדאוג לו בנעימות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המינים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דוגמה של קישוט וחוקי אירוח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לחלק תפקידים ביום האירוע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לאסוף קרטונים ומקלות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לתאם עם כיתה אחרת מועד לאירוח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כללים טובים לאירוח אורח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שמסמלת עבורכם אירוח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הסכך ולמה הוא חשוב בסוכה?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סוכות ושמחת תורה – אירוח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