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סוכות ושמחת תורה – אירוח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מנהגים ומושגים מרכזיים בחג הסוכות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של אירוח, נדיבות ושיתוף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המשמעות של בית זמני ושל שייכות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חיטה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הימים באמצע חג הסוכות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ליצור מקום של שייכות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הסוכה היא בית זמני שבונים רק לחג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עיקרון מרכזי באירוח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אלו אכן ארבעת המינים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השונות ביניהם מראה שכולם יחד שלמים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אתרוג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המינים לתכונה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(גובה)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(ריח)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(טעם)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(עדינות)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ההכנה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לתאם עם כיתה אחרת מועד לאירוח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לאסוף קרטונים ומקלות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להכין דוגמה של קישוט וחוקי אירוח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לחלק תפקידים ביום האירוע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לחייך ולהגיד שלום, לשאול את האורח מה הוא אוהב לעשות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מין שונה אך יחד הם שלמים, כמו תלמידים שונים שמשלימים זה את 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- לבדוק הבנה של מושג האירוח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סכך הוא חומר טבעי שמכסה את הסוכה מלמעלה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מין שונה אך יחד הם שלמים, כמו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חלק ההתאמה למשחק ארבעה המינים בפועל אם יש צמחים זמינים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חלק הסידור בקבוצות קטנות לפני בניית הסוכה הכיתתית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חנ"מ אפשר להשמיט את הפריטים המסומנים ולהתמקד בחלקי ה-mc וה-fill הבסיסיים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סוכות ושמחת תורה – אירוח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בחג הסוכות בונים סוכה שהיא בית זמני, מזמינים אליה אורחים ולומדים על ארבעה מינים. בדף הזה נתרגל את המושגים והרעיונות המרכזיים של החג.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שמים על גג הסוכה?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סכך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פלסטיק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מינים כלולים ב"ארבעה מינים"?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מהבאים אינו אחד מארבעה המינים?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"חול המועד"?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הימים שלפני החג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הימים באמצע חג הסוכות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היום האחרון של החג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היום שאחרי החג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המטרה המרכזית בבניית הסוכה הכיתתית?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לקשט את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ליצור מקום של שייכות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לקבל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לצאת מהשיעור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הסוכה היא בית קבוע שגרים בו כל השנה.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אירוח טוב מתחיל בלדאוג שהאורח ירגיש בנוח.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ארבעה המינים כוללים לולב, הדס, ערבה ואתרוג.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מארבעה המינים מסמל תכונה שונה, אך יחד הם חשובים.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על גג הסוכה שמים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ארבעה המינים הם לולב, הדס, ערבה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להזמין מישהו ולדאוג לו בנעימות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תחושה שאני חלק מהקבוצה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המינים לתכונה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לולב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הדס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אתרוג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ריח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ערבה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ההכנה לאירוע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דוגמה של קישוט וחוקי אירוח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לחלק תפקידים ביום האירוע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לאסוף קרטונים ומקלות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לתאם עם כיתה אחרת מועד לאירוח בהפסקה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כללים טובים לאירוח אורח בכיתה.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השונות בין ארבעת המינים מלמדת אותנו על הכיתה שלנו.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שמסמלת עבורכם אירוח טוב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הסכך ולמה הוא חשוב בסוכה?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ארבעה המינים מלמדים אותנו על שייכות?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סוכות ושמחת תורה – אירוח ושייכות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